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 או מקומי?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הכפר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פעולות גלובליות לפעולות מקומיות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דוגמאות מחיי היומיום ולסווג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מיון: גלובלי או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פעולה גלובלית קשורה לעולם כולו, לא רק לשכונה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מחברת בין אנשים ממדינות שונות באמצעות טכנולוגיה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(תרבות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(פעולה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(סחר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(תקשורת דיגיטלית)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ותלמידות יציינו דוגמה גלובלית הקשורה למדינות אחרות או טכנולוגיה עולמית, ודוגמה מקומית הקשורה לסביבה הקרובה, עם הסבר מתאים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קשר למדינה אחרת, טכנולוגיה עולמית או תרבות 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קשר לסביבה הקרובה כמו שכונה או משפחה 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להבחין בין היקף עולמי להיקף 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מהכיתה עצמה כדי להמחיש את ההבדל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סביב הפריטים המסומנים כקשים יותר, כמו רכישת מטבע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בלוח משותף את ההבדלים בין פעולה גלובלית למקומית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 או מקומי?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אנחנו חיים בעולם שבו פעולות רבות קושרות אותנו לאנשים במדינות רחוקות, לצד פעולות שקשורות לסביבה הקרובה שלנו. בדף זה נתרגל להבחין בין השניים.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מקומית  ·  סחר  ·  גלובליזציה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מיון: גלובלי או 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צפייה בסדרה קוריאנית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טיול שנתי של הכיתה לנחל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שיחת וידאו עם בן דוד שגר בקנדה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וגם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פעולה גלובלית היא פעולה שמתרחשת רק בתוך השכונה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שיחת וידאו עם קרוב משפחה במדינה אחרת היא דוגמה לפעולה גלובלית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אנשים ממדינות שונות מתחברים ותלויים זה בזה, קוראים לתהליך הזה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פעולה שקשורה לסביבה הקרובה שלנו נקראת פעולה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קנייה ומכירה של מוצרים בין מדינות שונות נקראת __________ בינלאומי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צפייה בסדרה 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תקשורת דיגיטלית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עזרה בגינה הביתית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סחר בינלאומי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קניית מוצר שיוצר בחו״ל דרך האינטרנט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פעולה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שיחת וידאו עם קרוב משפחה בחו״ל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תרבות גלובלית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שתי פעולות מחיי היומיום שלכם - אחת גלובלית ואחת מקומית, והסבירו מדוע כל אחת שייכת לקטגוריה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לפעולה גלובלית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לפעולה מקומית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 או מקומי?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