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 או מקומי?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הכפר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פעולות גלובליות לפעולות מקומיות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דוגמאות מחיי היומיום ולסווג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מיון: גלובלי או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פעולה גלובלית קשורה לעולם כולו, לא רק לשכונה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מחברת בין אנשים ממדינות שונות באמצעות 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מתרחשת בסביבה הקרובה ואינה קשורה למדינות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כאן גם סחר בינלאומי וגם טכנולוגיה גלובלית, לכן זו דוגמה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להפך, הרעיון הוא שהעולם מחובר כמו כפר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תקשורת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(תרבות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(פעולה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(סחר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(תקשורת דיגיטלית)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(פעולה מקומית)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ותלמידות יציינו דוגמה גלובלית הקשורה למדינות אחרות או טכנולוגיה עולמית, ודוגמה מקומית הקשורה לסביבה הקרובה, עם הסבר מתאים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ותלמידות יכולים להציע דוגמה כמו קניית מוצר מתוצרת מקומית באתר בינלאומי, ולהסביר כיצד היא משלבת בין שני הממדים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קשר למדינה אחרת, טכנולוגיה עולמית או תרבות 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קשר לסביבה הקרובה כמו שכונה או משפחה 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להבחין בין היקף עולמי להיקף 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מהכיתה עצמה כדי להמחיש את ההבדל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סביב הפריטים המסומנים כקשים יותר, כמו רכישת מטבע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בלוח משותף את ההבדלים בין פעולה גלובלית למקומית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 או מקומי?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דברים שקורים בכל העולם, ועל דברים שקורים רק קרוב אלינו בשכונה או בעיר.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שלפיו העולם כולו מחובר כמו כפר אחד בזכות תקשורת וטכנולוגיה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קשור לכל העולם, לא רק למקום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קשור לסביבה הקרובה, לשכונה או לעיר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מדינות ואנשים בעולם מתחברים ותלויים זה בזה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ומכירה של מוצרים בין מדינות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תקשורת דיגיטלית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שיחות והודעות דרך האינטרנט בין אנשים ממדינות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תרבות גלובלית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תכנים כמו סרטים ושירים שמגיעים ממדינות אחרות ומתפשטים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מיון: גלובלי או 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צופים בסדרה מקוריאה - זה גלובלי או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טיול כיתה בארץ - גלובלי או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קונים ירקות בשוק הקרוב - גלובלי או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מדברים עם קרוב משפחה בקנדה - גלובלי או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קונים נעליים שהגיעו מרחוק - גלובלי או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עוזרים בגינה בבית - גלובלי או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משחקים כדורגל עם חברים בשכונה - גלובלי או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קונים מטבע דיגיטלי בבורסה עולמית - גלובלי או מקומי?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גלובלית היא פעולה שמתרחשת רק בתוך השכונה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וידאו עם קרוב משפחה במדינה אחרת היא דוגמה לפעולה גלובלית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ירקות אצל מוכר בשוק השכונתי נחשבת לרוב לפעולה מקומית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 שיוצר במדינה רחוקה ונקנה דרך האינטרנט הוא תמיד דוגמה מקומית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 העולמי הוא רעיון שלפיו מדינות בעולם מנותקות זו מזו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אנשים ממדינות שונות מתחברים ותלויים זה בזה, קוראים לתהליך הזה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פעולה שקשורה לסביבה הקרובה שלנו נקראת פעולה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קנייה ומכירה של מוצרים בין מדינות שונות נקראת __________ 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שהעולם כולו מחובר כמו יישוב אחד נקרא הכפר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שיחה עם קרוב משפחה הגר במדינה רחוקה מתאפשרת בזכות __________ דיגיטלית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צפייה בסדרה 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עזרה בגינה הביתית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תקשורת דיגיטלית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קניית מוצר שיוצר בחו״ל דרך האינטרנט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פעולה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שיחת וידאו עם קרוב משפחה בחו״ל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תרבות גלובלית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כדורגל במגרש השכונתי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סחר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שתי פעולות מחיי היומיום שלכם - אחת גלובלית ואחת מקומית, והסבירו מדוע כל אחת שייכת לקטגוריה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יש פעולות שהן גם גלובליות וגם מקומיות באותו הזמן? תנו דוגמה והסבירו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גלובלית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מקומית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פעולה גלובלית לפעולה מקומית?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 או מקומי?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