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 או מקומי?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הכפר הגלובלי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פעולות גלובליות לפעולות מקומיות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דוגמאות מחיי היומיום ולסווג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מיון: גלובלי או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גלובלי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פעולה גלובלית קשורה לעולם כולו, לא רק לשכונה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מחברת בין אנשים ממדינות שונות באמצעות טכנולוגיה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מתרחשת בסביבה הקרובה ואינה קשורה למדינות 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כאן גם סחר בינלאומי וגם טכנולוגיה גלובלית, לכן זו דוגמה גלובלית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להפך, הרעיון הוא שהעולם מחובר כמו כפר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תקשורת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(תרבות גלובלית)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(פעולה מקומית)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(סחר בינלאומי)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(תקשורת דיגיטלית)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(פעולה מקומית)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ותלמידות יציינו דוגמה גלובלית הקשורה למדינות אחרות או טכנולוגיה עולמית, ודוגמה מקומית הקשורה לסביבה הקרובה, עם הסבר מתאים לכל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ותלמידות יכולים להציע דוגמה כמו קניית מוצר מתוצרת מקומית באתר בינלאומי, ולהסביר כיצד היא משלבת בין שני הממדים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קשר למדינה אחרת, טכנולוגיה עולמית או תרבות 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קשר לסביבה הקרובה כמו שכונה או משפחה 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להבחין בין היקף עולמי להיקף מקומי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בדוגמאות מהכיתה עצמה כדי להמחיש את ההבדל בצורה חווייתית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קצר סביב הפריטים המסומנים כקשים יותר, כמו רכישת מטבע דיגיטלי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לסכם בלוח משותף את ההבדלים בין פעולה גלובלית למקומית לפני המעבר למשימת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 או מקומי?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אנחנו חיים בעולם שבו פעולות רבות קושרות אותנו לאנשים במדינות רחוקות, לצד פעולות שקשורות לסביבה הקרובה שלנו. בדף זה נתרגל להבחין בין השניים.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מיון: גלובלי או מקומי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צפייה בסדרה קוריאנית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טיול שנתי של הכיתה לנחל בצפון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קניית עגבניות אצל המוכר בשוק השכונתי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שיחת וידאו עם בן דוד שגר בקנדה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הזמנת נעליים שיוצרו בווייטנאם דרך אפליקציה אמריקאית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עזרה לסבתא בגינה הביתית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משחק כדורגל עם חברים במגרש השכונתי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רכישת מטבע דיגיטלי בבורסה בינלאומית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גלובלית היא פעולה שמתרחשת רק בתוך השכונה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שיחת וידאו עם קרוב משפחה במדינה אחרת היא דוגמה לפעולה גלובלית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ירקות אצל מוכר בשוק השכונתי נחשבת לרוב לפעולה מקומית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 שיוצר במדינה רחוקה ונקנה דרך האינטרנט הוא תמיד דוגמה מקומית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הכפר העולמי הוא רעיון שלפיו מדינות בעולם מנותקות זו מזו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אנשים ממדינות שונות מתחברים ותלויים זה בזה, קוראים לתהליך הזה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פעולה שקשורה לסביבה הקרובה שלנו נקראת פעולה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קנייה ומכירה של מוצרים בין מדינות שונות נקראת __________ 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הרעיון שהעולם כולו מחובר כמו יישוב אחד נקרא הכפר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שיחה עם קרוב משפחה הגר במדינה רחוקה מתאפשרת בזכות __________ דיגיטלית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צפייה בסדרה 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תקשורת דיגיטלית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עזרה בגינה הביתית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פעולה מקומית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קניית מוצר שיוצר בחו״ל דרך האינטרנט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פעולה מקומית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שיחת וידאו עם קרוב משפחה בחו״ל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תרבות גלובלית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 כדורגל במגרש השכונתי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סחר בינלאומי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שתי פעולות מחיי היומיום שלכם - אחת גלובלית ואחת מקומית, והסבירו מדוע כל אחת שייכת לקטגוריה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לדעתכם יש פעולות שהן גם גלובליות וגם מקומיות באותו הזמן? תנו דוגמה והסבירו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גלובלית מחיי היומיום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מקומית מחיי היומיום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העיקרי בין פעולה גלובלית לפעולה מקומית?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גלובלי או מקומי?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